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ظمة العالمية للتجارة م ع 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فوظ لعش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سلسلة القانون الاقتصادي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9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مة العالمية للتج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