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الرياضي والنماذج الإحصائية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معتوق أمحمد/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