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 MPSI/PCSI/PTSI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Jean-Marie Brébec/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sciences physiques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9782011458278</w:t>
            </w:r>
          </w:p>
        </w:tc>
      </w:tr>
    </w:tbl>
    <w:p>
      <w:pPr>
        <w:pStyle w:val="Heading3"/>
      </w:pPr>
      <w:r>
        <w:t>ملخص</w:t>
      </w:r>
    </w:p>
    <w:p>
      <w:r>
        <w:t>Compilation d'exercices corrigés pour les classes prépas aux grandes écoles.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