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corrigés de physique  2000-2010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Karine et Jacques Marteau/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Bréal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9782749510071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