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s vers la sup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. C De La Sou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52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