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 the Lighthouse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Virginia Woolf/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4.éd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0582023149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