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Moll Flanders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Daniel Defoe/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20*13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9780582037571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