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ayor of Caster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142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