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Northanger Abbey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420192344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