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Billy budd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Herman Melville/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York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20*14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9789953105253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