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Under the greenwood tree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Thomas  Hardy/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9780582782066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