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الزمان والمكان في شعر أبي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حيدر لازم مطلك/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