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المحاسبي والمالي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لياس قلاب ذبيح/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9789947262214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تمارين/ التسيير المالي و المحاسبي/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