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المحاسبة التحليلية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الجليل بوداح/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657748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التحليلية/ اتخاذ القرار/ رقابة التكلفة/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