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المحاسبة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بيليندا ستيفان/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مجموعة النيل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6222012900107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المحاسبة الادارية/ تخطيط الاعمال/ رأس المال العامل/ تمويل الشركات/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