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un referentiel comptable algerien qui reponde aux exigences de l'economie de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saheb bachagha/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9947000137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Comptabilité/ référentiel comptable/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