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الجنائية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OPU4740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المسؤولية الجنائية/ الجرائم/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