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أميرات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أبو شاور/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التراجم/ الموسوعة/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