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الترابط النصي بين الشعر والنثر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زاهر بن مرهون الداودي/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الشعر العربي/ النثر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