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نقد التفكي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ة راج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فلس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