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علم البديع/ علم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