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عثمان أبو زنيد/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