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سعيد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علم الإجتماع/ العلاقات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