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التنازع في النحو العربي من خلال كتاب النحو الوافي ل "عباس حسن"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دولة/ خليل عبد الكريم (مشرفا)/ سامية معوش/ أمال بوخلالة/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