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القواعد الوظيفية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أميل بديع يعقوب/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للموسوعات/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800687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