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الأصوات اللغوية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الأصوات/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