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فسير القراني للتاريخ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سالم الزليت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جامعة قاريون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تفسير التاريخ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