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أعلام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موسى الوحش/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القواميس/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