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والإتصال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ماجدة توماس حانة/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