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بوعلام  شرافة/ مودع سليمان (مشرفا)/ حسان بن صالح/ عاطف كركاطو/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