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الإنزياح في ديوان ''جرس لسموات تحت الماء ''للشاعر عثمان لوصيف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بلحلو/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