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سميائية الفضاء في رواية السفينة لجبرا ابراهيم حبرا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زبوشي لامية/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