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المكان في رواية حمائم الشفق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حيدر اسمهان( مشرفا)/ قريقة فايزة/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