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التجديدية لشعر خليل مطران قصيدة''المساء'' -أنموذجا''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وداد رزايقي/ زيادي شيبان فهيمة( مشرفا)/ ريحانة سواعدي/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