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ظواهر شعر التفعيلة عند نازك الملائكة قصيدة الكوليرا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رحيمة بوشارف/ طبيش عبد الكريم(مشرفا)/ سمية ميغران/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