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-دراسة صوتية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عزيزة زغبيب/ منوبة سماحة/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