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في معلقة زهير بن أبي سلمى ''أمن أم أوفى دمنة لم تكلم ''أنموذجا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فريدة بريكة/ خليل عبد الكريم (مشرفا)/ أسماء بوفنغور/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