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المرفوعات من الأسماء وأنماطها في سورة البقرة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أمينة بلعيدي/ مزهود سليم (مشرفا)/ فاطمة الزهراء بلعطار/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