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الفروسية في الشعر الجاهلي-عنترة بن شداد 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إبتسام بلطوم/ بن الذيب منير( مشرفا)/ ثلجة روابح/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