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مفهوم الجملة الإسمية وأنماطها في صورة الأنعام-دراسة نحوية وظيفية-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سهام بو لخطوط/ مزهود سليم (مشرفا)/ حياة العيون/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