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تعدد المعنى في القرآن الكريم دراسة لغوية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إيمان كورتلي/ مزهود سليم (مشرفا)/ ليلى بوقطة/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