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الحب في مختارات من شعر عنترة بن شداد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سيفوني/ بن ذيب منير (مشرفا)/ مريم غسمون/ إيناس بن ناصف/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