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طف في الجملة العربية دراسة نحوية -المقامة البغدادي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مار بليلط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