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الفاصلة وقضايا علوم اللغة العربية -مقاربة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بودراع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