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الأجناس النثرية عند أديبات الجزائر زهور ونيسي''نمودجا''دراسة فنية 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بولحليب/ طبيش عبد الكريم(مشرفا)/ بن صالح زينب/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