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قارئة الفنجان -لـنزار قباني -''دراسة صرفية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شهرة درموشي/ عزوز عبد القادر (مشرفا)/ غفاف مخلوفي/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