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الحزن في ديوان أغاني الحياة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سليمة/ عامر رضا (مشرفا)/ لعيايشة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