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المنشأت المتخصصة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الحميد عبد الفتاح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البورصات/ منشآت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