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systeme educatif en algerie evaluation , reformes et perspectives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p.abdelkrim benarab/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Bahaeddine Edition/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9789961948231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Algérie/ Le systeme educatif/ l'université/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