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couts dans les residences universitaires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laboratiore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es couts/ les residences universitaires/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